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76082" w14:textId="77777777" w:rsidR="007D0843" w:rsidRPr="007D0843" w:rsidRDefault="00833393" w:rsidP="007D0843">
      <w:pPr>
        <w:jc w:val="center"/>
        <w:rPr>
          <w:b/>
          <w:color w:val="228B22"/>
          <w:sz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D3300E5" wp14:editId="028CDF3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72119" cy="1057275"/>
            <wp:effectExtent l="0" t="0" r="9525" b="0"/>
            <wp:wrapNone/>
            <wp:docPr id="139098078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2119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color w:val="228B22"/>
          <w:sz w:val="40"/>
        </w:rPr>
        <w:t>AFABEGO</w:t>
      </w:r>
      <w:r>
        <w:rPr>
          <w:b/>
          <w:color w:val="228B22"/>
          <w:sz w:val="40"/>
        </w:rPr>
        <w:br/>
      </w:r>
      <w:r w:rsidR="007D0843" w:rsidRPr="007D0843">
        <w:rPr>
          <w:b/>
          <w:color w:val="228B22"/>
          <w:sz w:val="40"/>
        </w:rPr>
        <w:t>Seed Department</w:t>
      </w:r>
    </w:p>
    <w:p w14:paraId="7D5AAF1A" w14:textId="79BE2900" w:rsidR="00C87339" w:rsidRDefault="007D0843" w:rsidP="007D0843">
      <w:pPr>
        <w:jc w:val="center"/>
      </w:pPr>
      <w:r w:rsidRPr="007D0843">
        <w:rPr>
          <w:b/>
          <w:color w:val="228B22"/>
          <w:sz w:val="40"/>
        </w:rPr>
        <w:t>PURCHASE ORDER</w:t>
      </w:r>
    </w:p>
    <w:p w14:paraId="1AFC6A1D" w14:textId="77777777" w:rsidR="00C87339" w:rsidRDefault="00000000">
      <w:r>
        <w:rPr>
          <w:b/>
          <w:color w:val="006400"/>
          <w:sz w:val="24"/>
        </w:rPr>
        <w:t>INFORMATIONS ADHÉRENT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99"/>
        <w:gridCol w:w="5399"/>
      </w:tblGrid>
      <w:tr w:rsidR="007D0843" w14:paraId="42A0E965" w14:textId="77777777" w:rsidTr="00833393">
        <w:trPr>
          <w:trHeight w:val="258"/>
        </w:trPr>
        <w:tc>
          <w:tcPr>
            <w:tcW w:w="5399" w:type="dxa"/>
          </w:tcPr>
          <w:p w14:paraId="607FA324" w14:textId="6259B3F4" w:rsidR="007D0843" w:rsidRDefault="007D0843" w:rsidP="007D0843">
            <w:r w:rsidRPr="00887994">
              <w:t>Member Name</w:t>
            </w:r>
          </w:p>
        </w:tc>
        <w:tc>
          <w:tcPr>
            <w:tcW w:w="5399" w:type="dxa"/>
          </w:tcPr>
          <w:p w14:paraId="1BA2764B" w14:textId="62EACB16" w:rsidR="007D0843" w:rsidRDefault="007D0843" w:rsidP="007D0843">
            <w:r>
              <w:t>Member number</w:t>
            </w:r>
          </w:p>
        </w:tc>
      </w:tr>
      <w:tr w:rsidR="007D0843" w14:paraId="696C5565" w14:textId="77777777" w:rsidTr="00833393">
        <w:trPr>
          <w:trHeight w:val="258"/>
        </w:trPr>
        <w:tc>
          <w:tcPr>
            <w:tcW w:w="5399" w:type="dxa"/>
          </w:tcPr>
          <w:p w14:paraId="3226B2D7" w14:textId="513523EA" w:rsidR="007D0843" w:rsidRDefault="007D0843" w:rsidP="007D0843">
            <w:r w:rsidRPr="00887994">
              <w:t>Address</w:t>
            </w:r>
          </w:p>
        </w:tc>
        <w:tc>
          <w:tcPr>
            <w:tcW w:w="5399" w:type="dxa"/>
          </w:tcPr>
          <w:p w14:paraId="11A7B235" w14:textId="77777777" w:rsidR="007D0843" w:rsidRDefault="007D0843" w:rsidP="007D0843"/>
        </w:tc>
      </w:tr>
      <w:tr w:rsidR="007D0843" w14:paraId="5075BF73" w14:textId="77777777" w:rsidTr="00833393">
        <w:trPr>
          <w:trHeight w:val="258"/>
        </w:trPr>
        <w:tc>
          <w:tcPr>
            <w:tcW w:w="5399" w:type="dxa"/>
          </w:tcPr>
          <w:p w14:paraId="7C150218" w14:textId="33B869CE" w:rsidR="007D0843" w:rsidRDefault="007D0843" w:rsidP="007D0843">
            <w:r w:rsidRPr="00887994">
              <w:t>Zip/Postal Code City</w:t>
            </w:r>
          </w:p>
        </w:tc>
        <w:tc>
          <w:tcPr>
            <w:tcW w:w="5399" w:type="dxa"/>
          </w:tcPr>
          <w:p w14:paraId="4CFE3CF7" w14:textId="193CA07A" w:rsidR="007D0843" w:rsidRDefault="007D0843" w:rsidP="007D0843">
            <w:r>
              <w:t>City</w:t>
            </w:r>
          </w:p>
        </w:tc>
      </w:tr>
      <w:tr w:rsidR="007D0843" w14:paraId="335516A9" w14:textId="77777777" w:rsidTr="00833393">
        <w:trPr>
          <w:trHeight w:val="243"/>
        </w:trPr>
        <w:tc>
          <w:tcPr>
            <w:tcW w:w="5399" w:type="dxa"/>
          </w:tcPr>
          <w:p w14:paraId="503E71F2" w14:textId="0F464BEB" w:rsidR="007D0843" w:rsidRDefault="007D0843" w:rsidP="007D0843">
            <w:r w:rsidRPr="00887994">
              <w:t>Country</w:t>
            </w:r>
          </w:p>
        </w:tc>
        <w:tc>
          <w:tcPr>
            <w:tcW w:w="5399" w:type="dxa"/>
          </w:tcPr>
          <w:p w14:paraId="06A64296" w14:textId="77777777" w:rsidR="007D0843" w:rsidRDefault="007D0843" w:rsidP="007D0843"/>
        </w:tc>
      </w:tr>
    </w:tbl>
    <w:p w14:paraId="2AB179DA" w14:textId="5F1F9655" w:rsidR="00C87339" w:rsidRDefault="007D0843">
      <w:r w:rsidRPr="007D0843">
        <w:rPr>
          <w:b/>
          <w:color w:val="006400"/>
          <w:sz w:val="24"/>
        </w:rPr>
        <w:t>SENDING OF THE ORDER</w:t>
      </w:r>
      <w:r w:rsidR="00977BD3">
        <w:rPr>
          <w:b/>
          <w:color w:val="006400"/>
          <w:sz w:val="24"/>
        </w:rPr>
        <w:tab/>
      </w:r>
      <w:r w:rsidR="00977BD3">
        <w:rPr>
          <w:b/>
          <w:color w:val="006400"/>
          <w:sz w:val="24"/>
        </w:rPr>
        <w:tab/>
      </w:r>
      <w:r w:rsidR="00977BD3">
        <w:rPr>
          <w:b/>
          <w:color w:val="006400"/>
          <w:sz w:val="24"/>
        </w:rPr>
        <w:tab/>
      </w:r>
      <w:r w:rsidR="00977BD3">
        <w:rPr>
          <w:b/>
          <w:color w:val="006400"/>
          <w:sz w:val="24"/>
        </w:rPr>
        <w:tab/>
      </w:r>
      <w:r w:rsidRPr="007D0843">
        <w:rPr>
          <w:b/>
          <w:color w:val="006400"/>
          <w:sz w:val="24"/>
        </w:rPr>
        <w:t>SENDING PAYMENT</w:t>
      </w:r>
    </w:p>
    <w:p w14:paraId="759C649A" w14:textId="4F1A5AC6" w:rsidR="00C87339" w:rsidRPr="00977BD3" w:rsidRDefault="00000000" w:rsidP="00977BD3">
      <w:pPr>
        <w:spacing w:after="0" w:line="240" w:lineRule="auto"/>
        <w:rPr>
          <w:sz w:val="28"/>
          <w:szCs w:val="28"/>
        </w:rPr>
      </w:pPr>
      <w:r>
        <w:t xml:space="preserve">📧 Mail : </w:t>
      </w:r>
      <w:hyperlink r:id="rId7" w:history="1">
        <w:r w:rsidR="00977BD3" w:rsidRPr="00B15E59">
          <w:rPr>
            <w:rStyle w:val="Lienhypertexte"/>
          </w:rPr>
          <w:t>alacid.kenzo@hotmail.fr</w:t>
        </w:r>
      </w:hyperlink>
      <w:r w:rsidR="00977BD3">
        <w:tab/>
      </w:r>
      <w:r w:rsidR="00977BD3">
        <w:tab/>
      </w:r>
      <w:r w:rsidR="00977BD3">
        <w:tab/>
      </w:r>
      <w:r w:rsidR="00977BD3" w:rsidRPr="00977BD3">
        <w:rPr>
          <w:sz w:val="28"/>
          <w:szCs w:val="28"/>
        </w:rPr>
        <w:t>Paypal: afabego@orange.fr</w:t>
      </w:r>
    </w:p>
    <w:p w14:paraId="45C84A90" w14:textId="69159CB1" w:rsidR="00833393" w:rsidRDefault="00000000" w:rsidP="00977BD3">
      <w:pPr>
        <w:spacing w:after="0" w:line="240" w:lineRule="auto"/>
      </w:pPr>
      <w:r>
        <w:t>📬 Courrier :</w:t>
      </w:r>
      <w:r>
        <w:br/>
      </w:r>
      <w:r w:rsidR="00833393">
        <w:t>Kenzo ALACID</w:t>
      </w:r>
      <w:r w:rsidR="00977BD3">
        <w:tab/>
      </w:r>
    </w:p>
    <w:p w14:paraId="2FE13E2C" w14:textId="0D5E81C3" w:rsidR="00833393" w:rsidRDefault="00833393" w:rsidP="00977BD3">
      <w:pPr>
        <w:spacing w:after="0" w:line="240" w:lineRule="auto"/>
      </w:pPr>
      <w:r>
        <w:t>5 route de Valence</w:t>
      </w:r>
    </w:p>
    <w:p w14:paraId="3AD5B636" w14:textId="35D77995" w:rsidR="00C87339" w:rsidRDefault="00833393" w:rsidP="00977BD3">
      <w:pPr>
        <w:spacing w:after="0" w:line="240" w:lineRule="auto"/>
      </w:pPr>
      <w:r>
        <w:t>38150 Roussillon</w:t>
      </w:r>
    </w:p>
    <w:p w14:paraId="33BC0BC9" w14:textId="6EA01D06" w:rsidR="00C87339" w:rsidRDefault="007D0843">
      <w:r w:rsidRPr="007D0843">
        <w:rPr>
          <w:b/>
          <w:color w:val="006400"/>
          <w:sz w:val="24"/>
        </w:rPr>
        <w:t>SEED ORDER (1 sachet per species</w:t>
      </w:r>
      <w:r w:rsidR="00000000">
        <w:rPr>
          <w:b/>
          <w:color w:val="006400"/>
          <w:sz w:val="24"/>
        </w:rPr>
        <w:t xml:space="preserve"> – 20 max)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7D0843" w14:paraId="38C378E9" w14:textId="77777777">
        <w:tc>
          <w:tcPr>
            <w:tcW w:w="2160" w:type="dxa"/>
          </w:tcPr>
          <w:p w14:paraId="501CF383" w14:textId="79001632" w:rsidR="007D0843" w:rsidRDefault="007D0843" w:rsidP="007D0843">
            <w:r>
              <w:t>Species name</w:t>
            </w:r>
          </w:p>
        </w:tc>
        <w:tc>
          <w:tcPr>
            <w:tcW w:w="2160" w:type="dxa"/>
          </w:tcPr>
          <w:p w14:paraId="01B6CC19" w14:textId="5A60ABAC" w:rsidR="007D0843" w:rsidRDefault="007D0843" w:rsidP="007D0843">
            <w:r>
              <w:t>Price (€)</w:t>
            </w:r>
          </w:p>
        </w:tc>
        <w:tc>
          <w:tcPr>
            <w:tcW w:w="2160" w:type="dxa"/>
          </w:tcPr>
          <w:p w14:paraId="5CC096F3" w14:textId="28949488" w:rsidR="007D0843" w:rsidRDefault="007D0843" w:rsidP="007D0843">
            <w:r>
              <w:t>Species name</w:t>
            </w:r>
          </w:p>
        </w:tc>
        <w:tc>
          <w:tcPr>
            <w:tcW w:w="2160" w:type="dxa"/>
          </w:tcPr>
          <w:p w14:paraId="636BC723" w14:textId="10DEEF19" w:rsidR="007D0843" w:rsidRDefault="007D0843" w:rsidP="007D0843">
            <w:r>
              <w:t>Price (€)</w:t>
            </w:r>
          </w:p>
        </w:tc>
      </w:tr>
      <w:tr w:rsidR="00C87339" w14:paraId="39BAC3BF" w14:textId="77777777">
        <w:tc>
          <w:tcPr>
            <w:tcW w:w="2160" w:type="dxa"/>
          </w:tcPr>
          <w:p w14:paraId="3E024B66" w14:textId="5988193F" w:rsidR="00C87339" w:rsidRDefault="00C87339"/>
        </w:tc>
        <w:tc>
          <w:tcPr>
            <w:tcW w:w="2160" w:type="dxa"/>
          </w:tcPr>
          <w:p w14:paraId="79137034" w14:textId="77777777" w:rsidR="00C87339" w:rsidRDefault="00C87339"/>
        </w:tc>
        <w:tc>
          <w:tcPr>
            <w:tcW w:w="2160" w:type="dxa"/>
          </w:tcPr>
          <w:p w14:paraId="79C46729" w14:textId="77777777" w:rsidR="00C87339" w:rsidRDefault="00C87339"/>
        </w:tc>
        <w:tc>
          <w:tcPr>
            <w:tcW w:w="2160" w:type="dxa"/>
          </w:tcPr>
          <w:p w14:paraId="7EB67BDD" w14:textId="77777777" w:rsidR="00C87339" w:rsidRDefault="00C87339"/>
        </w:tc>
      </w:tr>
      <w:tr w:rsidR="00C87339" w14:paraId="28DCDB43" w14:textId="77777777">
        <w:tc>
          <w:tcPr>
            <w:tcW w:w="2160" w:type="dxa"/>
          </w:tcPr>
          <w:p w14:paraId="4CF456F8" w14:textId="3E2641ED" w:rsidR="00C87339" w:rsidRDefault="00C87339"/>
        </w:tc>
        <w:tc>
          <w:tcPr>
            <w:tcW w:w="2160" w:type="dxa"/>
          </w:tcPr>
          <w:p w14:paraId="54B9471A" w14:textId="77777777" w:rsidR="00C87339" w:rsidRDefault="00C87339"/>
        </w:tc>
        <w:tc>
          <w:tcPr>
            <w:tcW w:w="2160" w:type="dxa"/>
          </w:tcPr>
          <w:p w14:paraId="62E99692" w14:textId="77777777" w:rsidR="00C87339" w:rsidRDefault="00C87339"/>
        </w:tc>
        <w:tc>
          <w:tcPr>
            <w:tcW w:w="2160" w:type="dxa"/>
          </w:tcPr>
          <w:p w14:paraId="36424EFC" w14:textId="77777777" w:rsidR="00C87339" w:rsidRDefault="00C87339"/>
        </w:tc>
      </w:tr>
      <w:tr w:rsidR="00C87339" w14:paraId="744FD3C8" w14:textId="77777777">
        <w:tc>
          <w:tcPr>
            <w:tcW w:w="2160" w:type="dxa"/>
          </w:tcPr>
          <w:p w14:paraId="3BD45848" w14:textId="76AE2CB1" w:rsidR="00C87339" w:rsidRDefault="00C87339"/>
        </w:tc>
        <w:tc>
          <w:tcPr>
            <w:tcW w:w="2160" w:type="dxa"/>
          </w:tcPr>
          <w:p w14:paraId="5C4B8BCF" w14:textId="77777777" w:rsidR="00C87339" w:rsidRDefault="00C87339"/>
        </w:tc>
        <w:tc>
          <w:tcPr>
            <w:tcW w:w="2160" w:type="dxa"/>
          </w:tcPr>
          <w:p w14:paraId="593F733E" w14:textId="77777777" w:rsidR="00C87339" w:rsidRDefault="00C87339"/>
        </w:tc>
        <w:tc>
          <w:tcPr>
            <w:tcW w:w="2160" w:type="dxa"/>
          </w:tcPr>
          <w:p w14:paraId="7234F2B4" w14:textId="77777777" w:rsidR="00C87339" w:rsidRDefault="00C87339"/>
        </w:tc>
      </w:tr>
      <w:tr w:rsidR="00C87339" w14:paraId="56C873AB" w14:textId="77777777">
        <w:tc>
          <w:tcPr>
            <w:tcW w:w="2160" w:type="dxa"/>
          </w:tcPr>
          <w:p w14:paraId="357C8B2E" w14:textId="755D3BC1" w:rsidR="00C87339" w:rsidRDefault="00C87339"/>
        </w:tc>
        <w:tc>
          <w:tcPr>
            <w:tcW w:w="2160" w:type="dxa"/>
          </w:tcPr>
          <w:p w14:paraId="05F4305E" w14:textId="77777777" w:rsidR="00C87339" w:rsidRDefault="00C87339"/>
        </w:tc>
        <w:tc>
          <w:tcPr>
            <w:tcW w:w="2160" w:type="dxa"/>
          </w:tcPr>
          <w:p w14:paraId="03F032A9" w14:textId="77777777" w:rsidR="00C87339" w:rsidRDefault="00C87339"/>
        </w:tc>
        <w:tc>
          <w:tcPr>
            <w:tcW w:w="2160" w:type="dxa"/>
          </w:tcPr>
          <w:p w14:paraId="30D42CD3" w14:textId="77777777" w:rsidR="00C87339" w:rsidRDefault="00C87339"/>
        </w:tc>
      </w:tr>
      <w:tr w:rsidR="00C87339" w14:paraId="79BB75AE" w14:textId="77777777">
        <w:tc>
          <w:tcPr>
            <w:tcW w:w="2160" w:type="dxa"/>
          </w:tcPr>
          <w:p w14:paraId="630A38DE" w14:textId="77777777" w:rsidR="00C87339" w:rsidRDefault="00C87339"/>
        </w:tc>
        <w:tc>
          <w:tcPr>
            <w:tcW w:w="2160" w:type="dxa"/>
          </w:tcPr>
          <w:p w14:paraId="1A347D02" w14:textId="77777777" w:rsidR="00C87339" w:rsidRDefault="00C87339"/>
        </w:tc>
        <w:tc>
          <w:tcPr>
            <w:tcW w:w="2160" w:type="dxa"/>
          </w:tcPr>
          <w:p w14:paraId="6AAC7FD4" w14:textId="77777777" w:rsidR="00C87339" w:rsidRDefault="00C87339"/>
        </w:tc>
        <w:tc>
          <w:tcPr>
            <w:tcW w:w="2160" w:type="dxa"/>
          </w:tcPr>
          <w:p w14:paraId="76B0DA81" w14:textId="77777777" w:rsidR="00C87339" w:rsidRDefault="00C87339"/>
        </w:tc>
      </w:tr>
      <w:tr w:rsidR="00C87339" w14:paraId="52F70105" w14:textId="77777777">
        <w:tc>
          <w:tcPr>
            <w:tcW w:w="2160" w:type="dxa"/>
          </w:tcPr>
          <w:p w14:paraId="279E86EE" w14:textId="0E5BFA64" w:rsidR="00C87339" w:rsidRDefault="00C87339"/>
        </w:tc>
        <w:tc>
          <w:tcPr>
            <w:tcW w:w="2160" w:type="dxa"/>
          </w:tcPr>
          <w:p w14:paraId="07AB0F89" w14:textId="77777777" w:rsidR="00C87339" w:rsidRDefault="00C87339"/>
        </w:tc>
        <w:tc>
          <w:tcPr>
            <w:tcW w:w="2160" w:type="dxa"/>
          </w:tcPr>
          <w:p w14:paraId="487FC1A7" w14:textId="77777777" w:rsidR="00C87339" w:rsidRDefault="00C87339"/>
        </w:tc>
        <w:tc>
          <w:tcPr>
            <w:tcW w:w="2160" w:type="dxa"/>
          </w:tcPr>
          <w:p w14:paraId="6834F710" w14:textId="77777777" w:rsidR="00C87339" w:rsidRDefault="00C87339"/>
        </w:tc>
      </w:tr>
      <w:tr w:rsidR="00C87339" w14:paraId="5A8ADCA8" w14:textId="77777777">
        <w:tc>
          <w:tcPr>
            <w:tcW w:w="2160" w:type="dxa"/>
          </w:tcPr>
          <w:p w14:paraId="68EEFF58" w14:textId="77777777" w:rsidR="00C87339" w:rsidRDefault="00C87339"/>
        </w:tc>
        <w:tc>
          <w:tcPr>
            <w:tcW w:w="2160" w:type="dxa"/>
          </w:tcPr>
          <w:p w14:paraId="33C6CDB4" w14:textId="77777777" w:rsidR="00C87339" w:rsidRDefault="00C87339"/>
        </w:tc>
        <w:tc>
          <w:tcPr>
            <w:tcW w:w="2160" w:type="dxa"/>
          </w:tcPr>
          <w:p w14:paraId="6CCE3A18" w14:textId="77777777" w:rsidR="00C87339" w:rsidRDefault="00C87339"/>
        </w:tc>
        <w:tc>
          <w:tcPr>
            <w:tcW w:w="2160" w:type="dxa"/>
          </w:tcPr>
          <w:p w14:paraId="3E97A467" w14:textId="77777777" w:rsidR="00C87339" w:rsidRDefault="00C87339"/>
        </w:tc>
      </w:tr>
    </w:tbl>
    <w:p w14:paraId="5E40B091" w14:textId="4DE7070C" w:rsidR="00C87339" w:rsidRDefault="007D0843">
      <w:r w:rsidRPr="007D0843">
        <w:rPr>
          <w:b/>
          <w:color w:val="006400"/>
          <w:sz w:val="24"/>
        </w:rPr>
        <w:t>REPLACEMENT SPECIES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7D0843" w14:paraId="0C112BEF" w14:textId="77777777">
        <w:tc>
          <w:tcPr>
            <w:tcW w:w="4320" w:type="dxa"/>
          </w:tcPr>
          <w:p w14:paraId="72C29C44" w14:textId="6995A6FA" w:rsidR="007D0843" w:rsidRDefault="007D0843" w:rsidP="007D0843">
            <w:r>
              <w:t>Species name</w:t>
            </w:r>
          </w:p>
        </w:tc>
        <w:tc>
          <w:tcPr>
            <w:tcW w:w="4320" w:type="dxa"/>
          </w:tcPr>
          <w:p w14:paraId="2EF1C4A1" w14:textId="60EF7CED" w:rsidR="007D0843" w:rsidRDefault="007D0843" w:rsidP="007D0843">
            <w:r>
              <w:t>Price (€)</w:t>
            </w:r>
          </w:p>
        </w:tc>
      </w:tr>
      <w:tr w:rsidR="00C87339" w14:paraId="3466BCC1" w14:textId="77777777">
        <w:tc>
          <w:tcPr>
            <w:tcW w:w="4320" w:type="dxa"/>
          </w:tcPr>
          <w:p w14:paraId="09CF2254" w14:textId="0C58D706" w:rsidR="00C87339" w:rsidRDefault="00C87339"/>
        </w:tc>
        <w:tc>
          <w:tcPr>
            <w:tcW w:w="4320" w:type="dxa"/>
          </w:tcPr>
          <w:p w14:paraId="6A64B453" w14:textId="77777777" w:rsidR="00C87339" w:rsidRDefault="00C87339"/>
        </w:tc>
      </w:tr>
      <w:tr w:rsidR="00C87339" w14:paraId="6E30C981" w14:textId="77777777">
        <w:tc>
          <w:tcPr>
            <w:tcW w:w="4320" w:type="dxa"/>
          </w:tcPr>
          <w:p w14:paraId="64640177" w14:textId="0D10D478" w:rsidR="00C87339" w:rsidRDefault="00C87339"/>
        </w:tc>
        <w:tc>
          <w:tcPr>
            <w:tcW w:w="4320" w:type="dxa"/>
          </w:tcPr>
          <w:p w14:paraId="6B992BC3" w14:textId="77777777" w:rsidR="00C87339" w:rsidRDefault="00C87339"/>
        </w:tc>
      </w:tr>
      <w:tr w:rsidR="00C87339" w14:paraId="296F8E3E" w14:textId="77777777">
        <w:tc>
          <w:tcPr>
            <w:tcW w:w="4320" w:type="dxa"/>
          </w:tcPr>
          <w:p w14:paraId="60AF48D5" w14:textId="438E0093" w:rsidR="00C87339" w:rsidRDefault="00C87339"/>
        </w:tc>
        <w:tc>
          <w:tcPr>
            <w:tcW w:w="4320" w:type="dxa"/>
          </w:tcPr>
          <w:p w14:paraId="3F89EDAB" w14:textId="77777777" w:rsidR="00C87339" w:rsidRDefault="00C87339"/>
        </w:tc>
      </w:tr>
    </w:tbl>
    <w:p w14:paraId="37B0A130" w14:textId="1E6D6354" w:rsidR="00C87339" w:rsidRDefault="00C87339"/>
    <w:p w14:paraId="065A99A7" w14:textId="19ADA247" w:rsidR="007D0843" w:rsidRDefault="007D0843" w:rsidP="00833393">
      <w:pPr>
        <w:spacing w:line="240" w:lineRule="auto"/>
        <w:rPr>
          <w:b/>
          <w:color w:val="006400"/>
          <w:sz w:val="24"/>
        </w:rPr>
      </w:pPr>
      <w:r w:rsidRPr="007D0843">
        <w:rPr>
          <w:b/>
          <w:color w:val="006400"/>
          <w:sz w:val="24"/>
        </w:rPr>
        <w:t>IMPORTANT INFORMATION</w:t>
      </w:r>
    </w:p>
    <w:p w14:paraId="1A492256" w14:textId="77777777" w:rsidR="007D0843" w:rsidRDefault="007D0843" w:rsidP="007D0843">
      <w:r>
        <w:rPr>
          <w:rFonts w:ascii="Segoe UI Symbol" w:hAnsi="Segoe UI Symbol" w:cs="Segoe UI Symbol"/>
        </w:rPr>
        <w:t>✔</w:t>
      </w:r>
      <w:r>
        <w:t xml:space="preserve"> Verification of availability. </w:t>
      </w:r>
    </w:p>
    <w:p w14:paraId="02B6F36B" w14:textId="77777777" w:rsidR="007D0843" w:rsidRDefault="007D0843" w:rsidP="007D0843">
      <w:r>
        <w:rPr>
          <w:rFonts w:ascii="Segoe UI Symbol" w:hAnsi="Segoe UI Symbol" w:cs="Segoe UI Symbol"/>
        </w:rPr>
        <w:t>✔</w:t>
      </w:r>
      <w:r>
        <w:t xml:space="preserve">  3 € shipping costs (International tracked letter) OUTSIDE FRANCE. </w:t>
      </w:r>
    </w:p>
    <w:p w14:paraId="3FA50FDC" w14:textId="77777777" w:rsidR="007D0843" w:rsidRDefault="007D0843" w:rsidP="007D0843">
      <w:r>
        <w:rPr>
          <w:rFonts w:ascii="Segoe UI Symbol" w:hAnsi="Segoe UI Symbol" w:cs="Segoe UI Symbol"/>
        </w:rPr>
        <w:t>✔</w:t>
      </w:r>
      <w:r>
        <w:t xml:space="preserve"> Wait for confirmation by email before payment. </w:t>
      </w:r>
    </w:p>
    <w:p w14:paraId="17999E80" w14:textId="77777777" w:rsidR="007D0843" w:rsidRDefault="007D0843" w:rsidP="007D0843">
      <w:r>
        <w:rPr>
          <w:rFonts w:ascii="Segoe UI Symbol" w:hAnsi="Segoe UI Symbol" w:cs="Segoe UI Symbol"/>
        </w:rPr>
        <w:t>✔</w:t>
      </w:r>
      <w:r>
        <w:t xml:space="preserve"> Sending after payment is received</w:t>
      </w:r>
    </w:p>
    <w:p w14:paraId="03DF33F3" w14:textId="5C514C03" w:rsidR="00C87339" w:rsidRDefault="00000000" w:rsidP="007D0843">
      <w:r>
        <w:rPr>
          <w:b/>
          <w:color w:val="006400"/>
          <w:sz w:val="24"/>
        </w:rPr>
        <w:t>OPTION</w:t>
      </w:r>
      <w:r w:rsidR="007D0843">
        <w:rPr>
          <w:b/>
          <w:color w:val="006400"/>
          <w:sz w:val="24"/>
        </w:rPr>
        <w:t>S</w:t>
      </w:r>
    </w:p>
    <w:p w14:paraId="24D8B4B7" w14:textId="79BACAEF" w:rsidR="00C87339" w:rsidRDefault="007D0843" w:rsidP="007D0843">
      <w:r w:rsidRPr="007D0843">
        <w:t>Begonia cultivation guide: 6 €</w:t>
      </w:r>
    </w:p>
    <w:sectPr w:rsidR="00C87339" w:rsidSect="0083339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69373126">
    <w:abstractNumId w:val="8"/>
  </w:num>
  <w:num w:numId="2" w16cid:durableId="2022662536">
    <w:abstractNumId w:val="6"/>
  </w:num>
  <w:num w:numId="3" w16cid:durableId="1523477415">
    <w:abstractNumId w:val="5"/>
  </w:num>
  <w:num w:numId="4" w16cid:durableId="1112364207">
    <w:abstractNumId w:val="4"/>
  </w:num>
  <w:num w:numId="5" w16cid:durableId="1223826666">
    <w:abstractNumId w:val="7"/>
  </w:num>
  <w:num w:numId="6" w16cid:durableId="1451433957">
    <w:abstractNumId w:val="3"/>
  </w:num>
  <w:num w:numId="7" w16cid:durableId="1337340460">
    <w:abstractNumId w:val="2"/>
  </w:num>
  <w:num w:numId="8" w16cid:durableId="214245943">
    <w:abstractNumId w:val="1"/>
  </w:num>
  <w:num w:numId="9" w16cid:durableId="14206396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71593"/>
    <w:rsid w:val="007D0843"/>
    <w:rsid w:val="00833393"/>
    <w:rsid w:val="008A5346"/>
    <w:rsid w:val="00977BD3"/>
    <w:rsid w:val="00AA1D8D"/>
    <w:rsid w:val="00B47730"/>
    <w:rsid w:val="00C87339"/>
    <w:rsid w:val="00CB0664"/>
    <w:rsid w:val="00EE294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EFA8DC"/>
  <w14:defaultImageDpi w14:val="300"/>
  <w15:docId w15:val="{4A904FF1-DE51-45AB-82F6-DB2FA19C4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Lienhypertexte">
    <w:name w:val="Hyperlink"/>
    <w:basedOn w:val="Policepardfaut"/>
    <w:uiPriority w:val="99"/>
    <w:unhideWhenUsed/>
    <w:rsid w:val="00833393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333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lacid.kenzo@hotmail.f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119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pierre fortune</cp:lastModifiedBy>
  <cp:revision>4</cp:revision>
  <dcterms:created xsi:type="dcterms:W3CDTF">2013-12-23T23:15:00Z</dcterms:created>
  <dcterms:modified xsi:type="dcterms:W3CDTF">2026-05-12T19:35:00Z</dcterms:modified>
  <cp:category/>
</cp:coreProperties>
</file>